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191919"/>
          <w:sz w:val="25"/>
        </w:rPr>
        <w:t>FORMULÁR NA ODSTÚPENIE OD ZMLUVY</w:t>
      </w:r>
    </w:p>
    <w:p>
      <w:pPr>
        <w:spacing w:after="120"/>
        <w:jc w:val="center"/>
      </w:pPr>
      <w:r>
        <w:rPr>
          <w:color w:val="666666"/>
          <w:sz w:val="18"/>
        </w:rPr>
        <w:t>(vrátenie tovaru do 14 dní bez uvedenia dôvodu)</w:t>
      </w:r>
    </w:p>
    <w:p>
      <w:pPr>
        <w:spacing w:after="60"/>
      </w:pPr>
      <w:r>
        <w:rPr>
          <w:b/>
        </w:rPr>
        <w:t>Predávajúci (oficiálne sídlo):</w:t>
      </w:r>
      <w:r>
        <w:br/>
        <w:t>Night Gear Solutions | Kalinčiakova 6206/2, 974 05 Banská Bystrica, Slovensko</w:t>
        <w:br/>
        <w:t>E-mail: info@nightgearsolutions.eu | Tel.: +421 950 440 012</w:t>
      </w:r>
    </w:p>
    <w:p>
      <w:pPr>
        <w:spacing w:after="120"/>
      </w:pPr>
      <w:r>
        <w:rPr>
          <w:b/>
        </w:rPr>
        <w:t>Adresa pre zaslanie vráteného tovaru (Showroom):</w:t>
      </w:r>
      <w:r>
        <w:br/>
        <w:t>Night Gear Solutions - Showroom | Dopravná 3973, 955 01 Topoľčany, Slovensko (Zásielky na dobierku nepreberáme)</w:t>
      </w:r>
    </w:p>
    <w:p>
      <w:pPr>
        <w:spacing w:after="60"/>
      </w:pPr>
      <w:r>
        <w:rPr>
          <w:b/>
        </w:rPr>
        <w:t>Kupujúci (Spotrebiteľ):</w:t>
      </w:r>
    </w:p>
    <w:p>
      <w:pPr>
        <w:spacing w:after="40"/>
      </w:pPr>
      <w:r>
        <w:t>Meno a priezvisko / Názov firmy: __________________________________________________</w:t>
      </w:r>
    </w:p>
    <w:p>
      <w:pPr>
        <w:spacing w:after="40"/>
      </w:pPr>
      <w:r>
        <w:t>Adresa (Ulica, PSČ, Mesto, Štát): __________________________________________________</w:t>
      </w:r>
    </w:p>
    <w:p>
      <w:pPr>
        <w:spacing w:after="40"/>
      </w:pPr>
      <w:r>
        <w:t>Telefónne číslo / E-mail: __________________________________________________</w:t>
      </w:r>
    </w:p>
    <w:p>
      <w:pPr>
        <w:spacing w:after="80"/>
      </w:pPr>
      <w:r>
        <w:t>Týmto oznamujem/oznamujeme*, že odstupujem/odstupujeme* od kúpnej zmluvy na nasledujúci tovar: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7"/>
        <w:gridCol w:w="2437"/>
        <w:gridCol w:w="2437"/>
        <w:gridCol w:w="2437"/>
      </w:tblGrid>
      <w:tr>
        <w:tc>
          <w:tcPr>
            <w:tcW w:type="dxa" w:w="432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Názov tovaru / Model</w:t>
            </w:r>
          </w:p>
        </w:tc>
        <w:tc>
          <w:tcPr>
            <w:tcW w:type="dxa" w:w="288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Číslo objednávky / faktúry</w:t>
            </w:r>
          </w:p>
        </w:tc>
        <w:tc>
          <w:tcPr>
            <w:tcW w:type="dxa" w:w="1728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Dátum priatia</w:t>
            </w:r>
          </w:p>
        </w:tc>
        <w:tc>
          <w:tcPr>
            <w:tcW w:type="dxa" w:w="72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Počet</w:t>
            </w:r>
          </w:p>
        </w:tc>
      </w:tr>
      <w:tr>
        <w:tc>
          <w:tcPr>
            <w:tcW w:type="dxa" w:w="432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288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172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72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</w:tr>
      <w:tr>
        <w:tc>
          <w:tcPr>
            <w:tcW w:type="dxa" w:w="432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288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172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72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</w:tr>
      <w:tr>
        <w:tc>
          <w:tcPr>
            <w:tcW w:type="dxa" w:w="432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288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172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72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</w:tr>
      <w:tr>
        <w:tc>
          <w:tcPr>
            <w:tcW w:type="dxa" w:w="432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288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172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  <w:tc>
          <w:tcPr>
            <w:tcW w:type="dxa" w:w="72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/>
          </w:p>
        </w:tc>
      </w:tr>
    </w:tbl>
    <w:p>
      <w:pPr>
        <w:spacing w:before="120" w:after="40"/>
      </w:pPr>
      <w:r>
        <w:rPr>
          <w:b/>
        </w:rPr>
        <w:t>Detaily vrátenia / Reklamácie:</w:t>
      </w:r>
    </w:p>
    <w:p>
      <w:pPr>
        <w:spacing w:after="60"/>
      </w:pPr>
      <w:r>
        <w:t>Dôvod vrátenia (nepovinné):</w:t>
        <w:br/>
        <w:t>___________________________________________________________________________________</w:t>
      </w:r>
    </w:p>
    <w:p>
      <w:pPr>
        <w:spacing w:after="60"/>
      </w:pPr>
      <w:r>
        <w:t>Číslo bankového účtu (IBAN / BIC) pre vrátenie peňazí:</w:t>
        <w:br/>
        <w:t>___________________________________________________________________________________</w:t>
      </w:r>
    </w:p>
    <w:p>
      <w:pPr>
        <w:spacing w:before="80" w:after="120"/>
      </w:pPr>
      <w:r>
        <w:rPr>
          <w:b/>
        </w:rPr>
        <w:t xml:space="preserve">Dôležité upozornenie: </w:t>
      </w:r>
      <w:r>
        <w:t>Tovar je potrebné zaslať plne poistený alebo priniesť osobne na adresu showroomu (Topoľčany) spolu s týmto vyplneným formulárom a kompletným originálnym príslušenstvom.</w:t>
      </w:r>
    </w:p>
    <w:p>
      <w:pPr>
        <w:spacing w:after="80"/>
      </w:pPr>
      <w:r>
        <w:t>V ........................................ Dňa: ..........................</w:t>
        <w:br/>
        <w:br/>
        <w:br/>
        <w:t>_________________________________________</w:t>
        <w:br/>
        <w:t>Podpis kupujúceho</w:t>
      </w:r>
    </w:p>
    <w:p>
      <w:pPr>
        <w:spacing w:after="0"/>
      </w:pPr>
      <w:r>
        <w:rPr>
          <w:color w:val="888888"/>
          <w:sz w:val="17"/>
        </w:rPr>
        <w:t>* Nehodiace sa prečiarknite.</w:t>
      </w:r>
    </w:p>
    <w:sectPr w:rsidR="00FC693F" w:rsidRPr="0006063C" w:rsidSect="00034616">
      <w:pgSz w:w="11909" w:h="16834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33333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